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2ADC5" w14:textId="13E0939B" w:rsidR="00EE4087" w:rsidRDefault="00EE4087" w:rsidP="00EE4087">
      <w:pPr>
        <w:pStyle w:val="Heading1"/>
      </w:pPr>
      <w:r>
        <w:t>Self-Regulation</w:t>
      </w:r>
    </w:p>
    <w:p w14:paraId="6AD6711A" w14:textId="20272C77" w:rsidR="008A3742" w:rsidRDefault="00916AC0">
      <w:pPr>
        <w:pStyle w:val="Heading1"/>
      </w:pPr>
      <w:proofErr w:type="gramStart"/>
      <w:r>
        <w:t>📘</w:t>
      </w:r>
      <w:r>
        <w:t xml:space="preserve"> </w:t>
      </w:r>
      <w:r>
        <w:t xml:space="preserve"> The</w:t>
      </w:r>
      <w:proofErr w:type="gramEnd"/>
      <w:r>
        <w:t xml:space="preserve"> STOP Method Guide</w:t>
      </w:r>
    </w:p>
    <w:p w14:paraId="3FBDDEA4" w14:textId="77777777" w:rsidR="008A3742" w:rsidRDefault="00916AC0">
      <w:r>
        <w:t>The STOP Method is a simple but powerful tool that helps leaders manage emotions and respond thoughtfully instead of reacting impulsively. Use this guide to walk through each step and apply it to a real-life leadership situation.</w:t>
      </w:r>
    </w:p>
    <w:p w14:paraId="72131E81" w14:textId="77777777" w:rsidR="008A3742" w:rsidRDefault="00916AC0">
      <w:pPr>
        <w:pStyle w:val="Heading2"/>
      </w:pPr>
      <w:r>
        <w:t>S – Stop</w:t>
      </w:r>
    </w:p>
    <w:p w14:paraId="62862E67" w14:textId="77777777" w:rsidR="008A3742" w:rsidRDefault="00916AC0">
      <w:r>
        <w:t>Pause for a moment before you react. Take a deep breath and ground yourself.</w:t>
      </w:r>
    </w:p>
    <w:p w14:paraId="50AF02DA" w14:textId="1D841715" w:rsidR="008A3742" w:rsidRDefault="00916AC0">
      <w:r>
        <w:t>__________________________________________________</w:t>
      </w:r>
      <w:r w:rsidR="00EE4087">
        <w:t>___________________________________________</w:t>
      </w:r>
      <w:r>
        <w:t>____________</w:t>
      </w:r>
    </w:p>
    <w:p w14:paraId="280C9B34" w14:textId="77777777" w:rsidR="00EE4087" w:rsidRDefault="00EE4087" w:rsidP="00EE4087">
      <w:r>
        <w:t>_________________________________________________________________________________________________________</w:t>
      </w:r>
    </w:p>
    <w:p w14:paraId="06AAD4DD" w14:textId="77777777" w:rsidR="00EE4087" w:rsidRDefault="00EE4087" w:rsidP="00EE4087">
      <w:r>
        <w:t>_________________________________________________________________________________________________________</w:t>
      </w:r>
    </w:p>
    <w:p w14:paraId="3AB8D19F" w14:textId="77777777" w:rsidR="008A3742" w:rsidRDefault="00916AC0">
      <w:pPr>
        <w:pStyle w:val="Heading2"/>
      </w:pPr>
      <w:r>
        <w:t>T – Think</w:t>
      </w:r>
    </w:p>
    <w:p w14:paraId="5F4EA34A" w14:textId="77777777" w:rsidR="008A3742" w:rsidRDefault="00916AC0">
      <w:r>
        <w:t>Ask yourself: What outcome do I want? What would be the most effective response here?</w:t>
      </w:r>
    </w:p>
    <w:p w14:paraId="7C7B5FA9" w14:textId="77777777" w:rsidR="00EE4087" w:rsidRDefault="00EE4087" w:rsidP="00EE4087">
      <w:r>
        <w:t>_________________________________________________________________________________________________________</w:t>
      </w:r>
    </w:p>
    <w:p w14:paraId="2411D09B" w14:textId="77777777" w:rsidR="00EE4087" w:rsidRDefault="00EE4087" w:rsidP="00EE4087">
      <w:r>
        <w:t>_________________________________________________________________________________________________________</w:t>
      </w:r>
    </w:p>
    <w:p w14:paraId="5A7C87AC" w14:textId="77777777" w:rsidR="00EE4087" w:rsidRDefault="00EE4087" w:rsidP="00EE4087">
      <w:r>
        <w:t>_________________________________________________________________________________________________________</w:t>
      </w:r>
    </w:p>
    <w:p w14:paraId="20D6133B" w14:textId="77777777" w:rsidR="008A3742" w:rsidRDefault="00916AC0">
      <w:pPr>
        <w:pStyle w:val="Heading2"/>
      </w:pPr>
      <w:r>
        <w:t>O – Observe</w:t>
      </w:r>
    </w:p>
    <w:p w14:paraId="4FAC7EB9" w14:textId="77777777" w:rsidR="008A3742" w:rsidRDefault="00916AC0">
      <w:r>
        <w:t>Notice what’s happening around you and within you. What emotions are present? What are others showing or saying?</w:t>
      </w:r>
    </w:p>
    <w:p w14:paraId="766DC89E" w14:textId="77777777" w:rsidR="00EE4087" w:rsidRDefault="00EE4087" w:rsidP="00EE4087">
      <w:r>
        <w:t>_________________________________________________________________________________________________________</w:t>
      </w:r>
    </w:p>
    <w:p w14:paraId="6CB64E41" w14:textId="77777777" w:rsidR="00EE4087" w:rsidRDefault="00EE4087" w:rsidP="00EE4087">
      <w:r>
        <w:t>_________________________________________________________________________________________________________</w:t>
      </w:r>
    </w:p>
    <w:p w14:paraId="28E5135E" w14:textId="77777777" w:rsidR="00EE4087" w:rsidRDefault="00EE4087" w:rsidP="00EE4087">
      <w:r>
        <w:t>_________________________________________________________________________________________________________</w:t>
      </w:r>
    </w:p>
    <w:p w14:paraId="0501E906" w14:textId="77777777" w:rsidR="008A3742" w:rsidRDefault="00916AC0">
      <w:pPr>
        <w:pStyle w:val="Heading2"/>
      </w:pPr>
      <w:r>
        <w:t>P – Proceed</w:t>
      </w:r>
    </w:p>
    <w:p w14:paraId="355536B7" w14:textId="77777777" w:rsidR="008A3742" w:rsidRDefault="00916AC0">
      <w:r>
        <w:t>Move forward with intention. Choose a response that aligns with your values and desired outcome.</w:t>
      </w:r>
    </w:p>
    <w:p w14:paraId="7724CB72" w14:textId="77777777" w:rsidR="00EE4087" w:rsidRDefault="00EE4087" w:rsidP="00EE4087">
      <w:r>
        <w:t>_________________________________________________________________________________________________________</w:t>
      </w:r>
    </w:p>
    <w:p w14:paraId="599DCD7F" w14:textId="77777777" w:rsidR="00EE4087" w:rsidRDefault="00EE4087" w:rsidP="00EE4087">
      <w:r>
        <w:t>_________________________________________________________________________________________________________</w:t>
      </w:r>
    </w:p>
    <w:p w14:paraId="15E16F5C" w14:textId="77777777" w:rsidR="00EE4087" w:rsidRDefault="00EE4087" w:rsidP="00EE4087">
      <w:r>
        <w:t>_________________________________________________________________________________________________________</w:t>
      </w:r>
    </w:p>
    <w:p w14:paraId="2188E0BF" w14:textId="77777777" w:rsidR="008A3742" w:rsidRDefault="00916AC0">
      <w:pPr>
        <w:pStyle w:val="Heading2"/>
      </w:pPr>
      <w:r>
        <w:lastRenderedPageBreak/>
        <w:t>Reflection:</w:t>
      </w:r>
    </w:p>
    <w:p w14:paraId="1B22B975" w14:textId="77777777" w:rsidR="008A3742" w:rsidRDefault="00916AC0">
      <w:r>
        <w:t>Think about a recent situation where you could have used the STOP method. Write down how you reacted, how you might handle it differently now, and what you learned.</w:t>
      </w:r>
    </w:p>
    <w:p w14:paraId="0479D752" w14:textId="77777777" w:rsidR="00EE4087" w:rsidRDefault="00EE4087" w:rsidP="00EE4087">
      <w:r>
        <w:t>_________________________________________________________________________________________________________</w:t>
      </w:r>
    </w:p>
    <w:p w14:paraId="51460F6C" w14:textId="77777777" w:rsidR="00EE4087" w:rsidRDefault="00EE4087" w:rsidP="00EE4087">
      <w:r>
        <w:t>_________________________________________________________________________________________________________</w:t>
      </w:r>
    </w:p>
    <w:p w14:paraId="07CA89A4" w14:textId="77777777" w:rsidR="00EE4087" w:rsidRDefault="00EE4087" w:rsidP="00EE4087">
      <w:r>
        <w:t>_________________________________________________________________________________________________________</w:t>
      </w:r>
    </w:p>
    <w:p w14:paraId="000EFF2C" w14:textId="77777777" w:rsidR="00EE4087" w:rsidRDefault="00EE4087" w:rsidP="00EE4087">
      <w:r>
        <w:t>_________________________________________________________________________________________________________</w:t>
      </w:r>
    </w:p>
    <w:p w14:paraId="5A5FDD00" w14:textId="77777777" w:rsidR="00EE4087" w:rsidRDefault="00EE4087" w:rsidP="00EE4087">
      <w:r>
        <w:t>_________________________________________________________________________________________________________</w:t>
      </w:r>
    </w:p>
    <w:p w14:paraId="2AAE34AD" w14:textId="77777777" w:rsidR="00EE4087" w:rsidRDefault="00EE4087" w:rsidP="00EE4087">
      <w:r>
        <w:t>_________________________________________________________________________________________________________</w:t>
      </w:r>
    </w:p>
    <w:p w14:paraId="782792A2" w14:textId="77777777" w:rsidR="00EE4087" w:rsidRDefault="00EE4087" w:rsidP="00EE4087">
      <w:r>
        <w:t>_________________________________________________________________________________________________________</w:t>
      </w:r>
    </w:p>
    <w:p w14:paraId="21313D20" w14:textId="77777777" w:rsidR="00EE4087" w:rsidRDefault="00EE4087" w:rsidP="00EE4087">
      <w:r>
        <w:t>_________________________________________________________________________________________________________</w:t>
      </w:r>
    </w:p>
    <w:p w14:paraId="7902BA3B" w14:textId="77777777" w:rsidR="00EE4087" w:rsidRDefault="00EE4087" w:rsidP="00EE4087">
      <w:r>
        <w:t>_________________________________________________________________________________________________________</w:t>
      </w:r>
    </w:p>
    <w:p w14:paraId="78AF5FD1" w14:textId="77777777" w:rsidR="00EE4087" w:rsidRDefault="00EE4087" w:rsidP="00EE4087">
      <w:r>
        <w:t>_________________________________________________________________________________________________________</w:t>
      </w:r>
    </w:p>
    <w:p w14:paraId="7AFBD4D3" w14:textId="77777777" w:rsidR="00EE4087" w:rsidRDefault="00EE4087" w:rsidP="00EE4087">
      <w:r>
        <w:t>_________________________________________________________________________________________________________</w:t>
      </w:r>
    </w:p>
    <w:p w14:paraId="2A20A541" w14:textId="77777777" w:rsidR="00EE4087" w:rsidRDefault="00EE4087" w:rsidP="00EE4087">
      <w:r>
        <w:t>_________________________________________________________________________________________________________</w:t>
      </w:r>
    </w:p>
    <w:p w14:paraId="4170792B" w14:textId="77777777" w:rsidR="00EE4087" w:rsidRDefault="00EE4087" w:rsidP="00EE4087">
      <w:r>
        <w:t>_________________________________________________________________________________________________________</w:t>
      </w:r>
    </w:p>
    <w:p w14:paraId="12E53633" w14:textId="77777777" w:rsidR="00EE4087" w:rsidRDefault="00EE4087" w:rsidP="00EE4087">
      <w:r>
        <w:t>_________________________________________________________________________________________________________</w:t>
      </w:r>
    </w:p>
    <w:p w14:paraId="7E5CF241" w14:textId="77777777" w:rsidR="00EE4087" w:rsidRDefault="00EE4087" w:rsidP="00EE4087">
      <w:r>
        <w:t>_________________________________________________________________________________________________________</w:t>
      </w:r>
    </w:p>
    <w:p w14:paraId="4EC69C80" w14:textId="77777777" w:rsidR="00EE4087" w:rsidRDefault="00EE4087" w:rsidP="00EE4087">
      <w:r>
        <w:t>_________________________________________________________________________________________________________</w:t>
      </w:r>
    </w:p>
    <w:p w14:paraId="346EC220" w14:textId="77777777" w:rsidR="00EE4087" w:rsidRDefault="00EE4087" w:rsidP="00EE4087">
      <w:r>
        <w:t>_________________________________________________________________________________________________________</w:t>
      </w:r>
    </w:p>
    <w:p w14:paraId="181A277C" w14:textId="77777777" w:rsidR="00EE4087" w:rsidRDefault="00EE4087" w:rsidP="00EE4087">
      <w:r>
        <w:t>_________________________________________________________________________________________________________</w:t>
      </w:r>
    </w:p>
    <w:p w14:paraId="3E697C11" w14:textId="77777777" w:rsidR="00EE4087" w:rsidRDefault="00EE4087" w:rsidP="00EE4087">
      <w:r>
        <w:t>_________________________________________________________________________________________________________</w:t>
      </w:r>
    </w:p>
    <w:p w14:paraId="6FC95E9B" w14:textId="77777777" w:rsidR="00EE4087" w:rsidRDefault="00EE4087" w:rsidP="00EE4087">
      <w:r>
        <w:t>_________________________________________________________________________________________________________</w:t>
      </w:r>
    </w:p>
    <w:p w14:paraId="1B3F569F" w14:textId="77777777" w:rsidR="00EE4087" w:rsidRDefault="00EE4087" w:rsidP="00EE4087">
      <w:r>
        <w:t>_________________________________________________________________________________________________________</w:t>
      </w:r>
    </w:p>
    <w:sectPr w:rsidR="00EE4087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1857B" w14:textId="77777777" w:rsidR="00916AC0" w:rsidRDefault="00916AC0" w:rsidP="00481349">
      <w:pPr>
        <w:spacing w:after="0" w:line="240" w:lineRule="auto"/>
      </w:pPr>
      <w:r>
        <w:separator/>
      </w:r>
    </w:p>
  </w:endnote>
  <w:endnote w:type="continuationSeparator" w:id="0">
    <w:p w14:paraId="28637C55" w14:textId="77777777" w:rsidR="00916AC0" w:rsidRDefault="00916AC0" w:rsidP="00481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53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1A9287" w14:textId="5AC4D441" w:rsidR="00481349" w:rsidRDefault="004813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C52CE9" w14:textId="77777777" w:rsidR="00481349" w:rsidRDefault="004813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FA1D6" w14:textId="77777777" w:rsidR="00916AC0" w:rsidRDefault="00916AC0" w:rsidP="00481349">
      <w:pPr>
        <w:spacing w:after="0" w:line="240" w:lineRule="auto"/>
      </w:pPr>
      <w:r>
        <w:separator/>
      </w:r>
    </w:p>
  </w:footnote>
  <w:footnote w:type="continuationSeparator" w:id="0">
    <w:p w14:paraId="6DD13224" w14:textId="77777777" w:rsidR="00916AC0" w:rsidRDefault="00916AC0" w:rsidP="00481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5447264">
    <w:abstractNumId w:val="8"/>
  </w:num>
  <w:num w:numId="2" w16cid:durableId="941303105">
    <w:abstractNumId w:val="6"/>
  </w:num>
  <w:num w:numId="3" w16cid:durableId="1373723940">
    <w:abstractNumId w:val="5"/>
  </w:num>
  <w:num w:numId="4" w16cid:durableId="611598734">
    <w:abstractNumId w:val="4"/>
  </w:num>
  <w:num w:numId="5" w16cid:durableId="667756111">
    <w:abstractNumId w:val="7"/>
  </w:num>
  <w:num w:numId="6" w16cid:durableId="142475951">
    <w:abstractNumId w:val="3"/>
  </w:num>
  <w:num w:numId="7" w16cid:durableId="1870294099">
    <w:abstractNumId w:val="2"/>
  </w:num>
  <w:num w:numId="8" w16cid:durableId="328674719">
    <w:abstractNumId w:val="1"/>
  </w:num>
  <w:num w:numId="9" w16cid:durableId="1955746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604"/>
    <w:rsid w:val="0006063C"/>
    <w:rsid w:val="0015074B"/>
    <w:rsid w:val="0029639D"/>
    <w:rsid w:val="00326F90"/>
    <w:rsid w:val="00481349"/>
    <w:rsid w:val="006D0516"/>
    <w:rsid w:val="0084777D"/>
    <w:rsid w:val="008A3742"/>
    <w:rsid w:val="00916AC0"/>
    <w:rsid w:val="009E5B29"/>
    <w:rsid w:val="00AA1D8D"/>
    <w:rsid w:val="00B47730"/>
    <w:rsid w:val="00CB0664"/>
    <w:rsid w:val="00EE40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3A50B3"/>
  <w14:defaultImageDpi w14:val="300"/>
  <w15:docId w15:val="{95715893-52AF-45AF-968F-1F629AED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Derrick B Farmer</cp:lastModifiedBy>
  <cp:revision>3</cp:revision>
  <dcterms:created xsi:type="dcterms:W3CDTF">2026-06-06T11:01:00Z</dcterms:created>
  <dcterms:modified xsi:type="dcterms:W3CDTF">2026-06-06T11:01:00Z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cf9a5181-bc3a-41cf-b010-baf27f24744e</vt:lpwstr>
  </property>
</Properties>
</file>